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PROCES VERBAL AL ȘEDINȚEI CONSILIULUI DE ADMINISTRAȚIE</w:t>
      </w:r>
    </w:p>
    <w:p>
      <w:r>
        <w:t>Încheiat astăzi, ________, la sediul societății ____________________________, în conformitate cu prevederile Actului Constitutiv și ale legislației aplicabile.</w:t>
      </w:r>
    </w:p>
    <w:p>
      <w:pPr>
        <w:pStyle w:val="Heading1"/>
      </w:pPr>
      <w:r>
        <w:t>Participanți:</w:t>
      </w:r>
    </w:p>
    <w:p>
      <w:r>
        <w:t xml:space="preserve">La ședință au participat membrii Consiliului de Administrație: </w:t>
        <w:br/>
        <w:t>1. __________________________________</w:t>
        <w:br/>
        <w:t>2. __________________________________</w:t>
        <w:br/>
        <w:t>3. __________________________________</w:t>
        <w:br/>
        <w:t>4. __________________________________</w:t>
      </w:r>
    </w:p>
    <w:p>
      <w:r>
        <w:t>Au lipsit motivat: __________________________.</w:t>
      </w:r>
    </w:p>
    <w:p>
      <w:pPr>
        <w:pStyle w:val="Heading1"/>
      </w:pPr>
      <w:r>
        <w:t>Ordinea de zi:</w:t>
      </w:r>
    </w:p>
    <w:p>
      <w:r>
        <w:t>1. Prezentarea și aprobarea situațiilor financiare la data de ________________;</w:t>
        <w:br/>
        <w:t>2. Discutarea și aprobarea bugetului de venituri și cheltuieli pentru anul ________;</w:t>
        <w:br/>
        <w:t>3. Stabilirea direcțiilor strategice pentru perioada următoare;</w:t>
        <w:br/>
        <w:t>4. Diverse.</w:t>
      </w:r>
    </w:p>
    <w:p>
      <w:pPr>
        <w:pStyle w:val="Heading1"/>
      </w:pPr>
      <w:r>
        <w:t>Desfășurarea ședinței:</w:t>
      </w:r>
    </w:p>
    <w:p>
      <w:r>
        <w:t>Președintele Consiliului de Administrație, ____________________________, deschide ședința la ora _______ și prezintă ordinea de zi. Ordinea de zi este aprobată în unanimitate de membrii prezenți.</w:t>
      </w:r>
    </w:p>
    <w:p>
      <w:pPr>
        <w:pStyle w:val="Heading1"/>
      </w:pPr>
      <w:r>
        <w:t>Dezbateri și hotărâri:</w:t>
      </w:r>
    </w:p>
    <w:p>
      <w:r>
        <w:t>La punctul 1, după prezentarea raportului financiar, Consiliul aprobă situațiile financiare cu __ voturi pentru, __ împotrivă, __ abțineri.</w:t>
        <w:br/>
        <w:br/>
        <w:t>La punctul 2, bugetul de venituri și cheltuieli pentru anul ______ este aprobat cu __ voturi pentru, __ împotrivă, __ abțineri.</w:t>
        <w:br/>
        <w:br/>
        <w:t>La punctul 3, membrii Consiliului discută despre strategia de dezvoltare, inclusiv investiții în __________ și extinderea pe piața __________. Hotărârea este adoptată cu __ voturi pentru, __ împotrivă, __ abțineri.</w:t>
        <w:br/>
        <w:br/>
        <w:t>La punctul 4 (Diverse), s-au discutat următoarele aspecte: _______________________.</w:t>
      </w:r>
    </w:p>
    <w:p>
      <w:pPr>
        <w:pStyle w:val="Heading1"/>
      </w:pPr>
      <w:r>
        <w:t>Închiderea ședinței:</w:t>
      </w:r>
    </w:p>
    <w:p>
      <w:r>
        <w:t>Ședința s-a încheiat la ora _______. Prezentul proces verbal a fost redactat astăzi, ______, în ____ exemplare originale, care au aceeași valoare juridică.</w:t>
      </w:r>
    </w:p>
    <w:p>
      <w:r>
        <w:br/>
        <w:t>Președinte CA, ______________________          Secretar, 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