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PROCES VERBAL DE CONSTATARE</w:t>
      </w:r>
    </w:p>
    <w:p>
      <w:r>
        <w:t>Încheiat astăzi, ________, la _________________________.</w:t>
      </w:r>
    </w:p>
    <w:p>
      <w:pPr>
        <w:pStyle w:val="Heading1"/>
      </w:pPr>
      <w:r>
        <w:t>Părțile implicate:</w:t>
      </w:r>
    </w:p>
    <w:p>
      <w:r>
        <w:t>Subsemnatul/Subsemnații: ________________________________________, în calitate de ________________________________________, am constatat următoarele:</w:t>
      </w:r>
    </w:p>
    <w:p>
      <w:pPr>
        <w:pStyle w:val="Heading1"/>
      </w:pPr>
      <w:r>
        <w:t>Constatări:</w:t>
      </w:r>
    </w:p>
    <w:p>
      <w:r>
        <w:t>.....................................................................................</w:t>
        <w:br/>
        <w:t>.....................................................................................</w:t>
        <w:br/>
        <w:t>.....................................................................................</w:t>
      </w:r>
    </w:p>
    <w:p>
      <w:pPr>
        <w:pStyle w:val="Heading1"/>
      </w:pPr>
      <w:r>
        <w:t>Documente anexate:</w:t>
      </w:r>
    </w:p>
    <w:p>
      <w:r>
        <w:t>1. __________________________________</w:t>
        <w:br/>
        <w:t>2. __________________________________</w:t>
        <w:br/>
        <w:t>3. __________________________________</w:t>
      </w:r>
    </w:p>
    <w:p>
      <w:pPr>
        <w:pStyle w:val="Heading1"/>
      </w:pPr>
      <w:r>
        <w:t>Mențiuni suplimentare:</w:t>
      </w:r>
    </w:p>
    <w:p>
      <w:r>
        <w:t>.....................................................................................</w:t>
        <w:br/>
        <w:t>.....................................................................................</w:t>
      </w:r>
    </w:p>
    <w:p>
      <w:pPr>
        <w:pStyle w:val="Heading1"/>
      </w:pPr>
      <w:r>
        <w:t>Concluzii:</w:t>
      </w:r>
    </w:p>
    <w:p>
      <w:r>
        <w:t>Prezentul proces verbal s-a încheiat în ____ exemplare originale, astăzi ________, care au aceeași valoare juridică.</w:t>
      </w:r>
    </w:p>
    <w:p>
      <w:r>
        <w:br/>
        <w:t>Semnături:</w:t>
        <w:br/>
      </w:r>
    </w:p>
    <w:p>
      <w:r>
        <w:t>__________________________                __________________________</w:t>
        <w:br/>
        <w:t xml:space="preserve">   (Nume, funcție, semnătură)                 (Nume, funcție, semnătură)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