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34" w:rsidRDefault="00C62D59">
      <w:pPr>
        <w:pStyle w:val="Heading1"/>
      </w:pPr>
      <w:r>
        <w:t>PROCES-VERBAL DE PREDARE-PRIMIRE</w:t>
      </w:r>
    </w:p>
    <w:p w:rsidR="00C76A34" w:rsidRDefault="00C62D59">
      <w:r>
        <w:t>Din data de: ...... / ...... / 2021</w:t>
      </w:r>
    </w:p>
    <w:p w:rsidR="00C76A34" w:rsidRDefault="00C76A34"/>
    <w:p w:rsidR="00C76A34" w:rsidRDefault="00C62D59">
      <w:r>
        <w:t>Pentru recepție:</w:t>
      </w:r>
    </w:p>
    <w:p w:rsidR="00C76A34" w:rsidRDefault="00C62D59">
      <w:r>
        <w:t>................................................................................</w:t>
      </w:r>
    </w:p>
    <w:p w:rsidR="00C76A34" w:rsidRDefault="00C62D59">
      <w:r>
        <w:t>................................................................................</w:t>
      </w:r>
    </w:p>
    <w:p w:rsidR="00C76A34" w:rsidRDefault="00C62D59">
      <w:r>
        <w:t>................................................................................</w:t>
      </w:r>
    </w:p>
    <w:p w:rsidR="00C76A34" w:rsidRDefault="00C62D59">
      <w:r>
        <w:t>Obiecte de inventar: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C76A34" w:rsidTr="001B01B4">
        <w:tc>
          <w:tcPr>
            <w:tcW w:w="8640" w:type="dxa"/>
          </w:tcPr>
          <w:p w:rsidR="00C76A34" w:rsidRDefault="00C62D59">
            <w:r>
              <w:t>Obiecte de inventar</w:t>
            </w:r>
          </w:p>
        </w:tc>
      </w:tr>
      <w:tr w:rsidR="00C76A34" w:rsidTr="001B01B4">
        <w:tc>
          <w:tcPr>
            <w:tcW w:w="8640" w:type="dxa"/>
          </w:tcPr>
          <w:p w:rsidR="00C76A34" w:rsidRDefault="00C62D59">
            <w:r>
              <w:t>1</w:t>
            </w:r>
          </w:p>
        </w:tc>
      </w:tr>
      <w:tr w:rsidR="00C76A34" w:rsidTr="001B01B4">
        <w:tc>
          <w:tcPr>
            <w:tcW w:w="8640" w:type="dxa"/>
          </w:tcPr>
          <w:p w:rsidR="00C76A34" w:rsidRDefault="00C62D59">
            <w:r>
              <w:t>2</w:t>
            </w:r>
          </w:p>
        </w:tc>
      </w:tr>
      <w:tr w:rsidR="00C76A34" w:rsidTr="001B01B4">
        <w:tc>
          <w:tcPr>
            <w:tcW w:w="8640" w:type="dxa"/>
          </w:tcPr>
          <w:p w:rsidR="00C76A34" w:rsidRDefault="00C62D59">
            <w:r>
              <w:t>3</w:t>
            </w:r>
          </w:p>
        </w:tc>
      </w:tr>
      <w:tr w:rsidR="00C76A34" w:rsidTr="001B01B4">
        <w:tc>
          <w:tcPr>
            <w:tcW w:w="8640" w:type="dxa"/>
          </w:tcPr>
          <w:p w:rsidR="00C76A34" w:rsidRDefault="00C62D59">
            <w:r>
              <w:t>4</w:t>
            </w:r>
          </w:p>
        </w:tc>
      </w:tr>
      <w:tr w:rsidR="00C76A34" w:rsidTr="001B01B4">
        <w:tc>
          <w:tcPr>
            <w:tcW w:w="8640" w:type="dxa"/>
          </w:tcPr>
          <w:p w:rsidR="00C76A34" w:rsidRDefault="00C62D59">
            <w:r>
              <w:t>5</w:t>
            </w:r>
          </w:p>
        </w:tc>
      </w:tr>
    </w:tbl>
    <w:p w:rsidR="00C76A34" w:rsidRDefault="00C76A34"/>
    <w:p w:rsidR="00C76A34" w:rsidRDefault="00C62D59">
      <w:r>
        <w:t>Citire contoare: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76A34" w:rsidTr="001B01B4">
        <w:tc>
          <w:tcPr>
            <w:tcW w:w="2160" w:type="dxa"/>
          </w:tcPr>
          <w:p w:rsidR="00C76A34" w:rsidRDefault="00C62D59">
            <w:r>
              <w:t>Citire contor</w:t>
            </w:r>
          </w:p>
        </w:tc>
        <w:tc>
          <w:tcPr>
            <w:tcW w:w="2160" w:type="dxa"/>
          </w:tcPr>
          <w:p w:rsidR="00C76A34" w:rsidRDefault="00C62D59">
            <w:r>
              <w:t>Index primire 17/05/2021</w:t>
            </w:r>
          </w:p>
        </w:tc>
        <w:tc>
          <w:tcPr>
            <w:tcW w:w="2160" w:type="dxa"/>
          </w:tcPr>
          <w:p w:rsidR="00C76A34" w:rsidRDefault="00C76A34"/>
        </w:tc>
        <w:tc>
          <w:tcPr>
            <w:tcW w:w="2160" w:type="dxa"/>
          </w:tcPr>
          <w:p w:rsidR="00C76A34" w:rsidRDefault="00C76A34"/>
        </w:tc>
      </w:tr>
      <w:tr w:rsidR="00C76A34" w:rsidTr="001B01B4">
        <w:tc>
          <w:tcPr>
            <w:tcW w:w="2160" w:type="dxa"/>
          </w:tcPr>
          <w:p w:rsidR="00C76A34" w:rsidRDefault="00C62D59">
            <w:r>
              <w:t>contor apă</w:t>
            </w:r>
          </w:p>
        </w:tc>
        <w:tc>
          <w:tcPr>
            <w:tcW w:w="2160" w:type="dxa"/>
          </w:tcPr>
          <w:p w:rsidR="00C76A34" w:rsidRDefault="00C76A34"/>
        </w:tc>
        <w:tc>
          <w:tcPr>
            <w:tcW w:w="2160" w:type="dxa"/>
          </w:tcPr>
          <w:p w:rsidR="00C76A34" w:rsidRDefault="00C76A34"/>
        </w:tc>
        <w:tc>
          <w:tcPr>
            <w:tcW w:w="2160" w:type="dxa"/>
          </w:tcPr>
          <w:p w:rsidR="00C76A34" w:rsidRDefault="00C76A34"/>
        </w:tc>
      </w:tr>
      <w:tr w:rsidR="00C76A34" w:rsidTr="001B01B4">
        <w:tc>
          <w:tcPr>
            <w:tcW w:w="2160" w:type="dxa"/>
          </w:tcPr>
          <w:p w:rsidR="00C76A34" w:rsidRDefault="00C62D59">
            <w:r>
              <w:t>contor gaze</w:t>
            </w:r>
          </w:p>
        </w:tc>
        <w:tc>
          <w:tcPr>
            <w:tcW w:w="2160" w:type="dxa"/>
          </w:tcPr>
          <w:p w:rsidR="00C76A34" w:rsidRDefault="00C76A34"/>
        </w:tc>
        <w:tc>
          <w:tcPr>
            <w:tcW w:w="2160" w:type="dxa"/>
          </w:tcPr>
          <w:p w:rsidR="00C76A34" w:rsidRDefault="00C76A34"/>
        </w:tc>
        <w:tc>
          <w:tcPr>
            <w:tcW w:w="2160" w:type="dxa"/>
          </w:tcPr>
          <w:p w:rsidR="00C76A34" w:rsidRDefault="00C76A34"/>
        </w:tc>
      </w:tr>
      <w:tr w:rsidR="00C76A34" w:rsidTr="001B01B4">
        <w:tc>
          <w:tcPr>
            <w:tcW w:w="2160" w:type="dxa"/>
          </w:tcPr>
          <w:p w:rsidR="00C76A34" w:rsidRDefault="00C62D59">
            <w:r>
              <w:t>contor curent</w:t>
            </w:r>
          </w:p>
        </w:tc>
        <w:tc>
          <w:tcPr>
            <w:tcW w:w="2160" w:type="dxa"/>
          </w:tcPr>
          <w:p w:rsidR="00C76A34" w:rsidRDefault="00C76A34"/>
        </w:tc>
        <w:tc>
          <w:tcPr>
            <w:tcW w:w="2160" w:type="dxa"/>
          </w:tcPr>
          <w:p w:rsidR="00C76A34" w:rsidRDefault="00C76A34"/>
        </w:tc>
        <w:tc>
          <w:tcPr>
            <w:tcW w:w="2160" w:type="dxa"/>
          </w:tcPr>
          <w:p w:rsidR="00C76A34" w:rsidRDefault="00C76A34"/>
        </w:tc>
      </w:tr>
    </w:tbl>
    <w:p w:rsidR="00C76A34" w:rsidRDefault="00C76A34"/>
    <w:p w:rsidR="00C76A34" w:rsidRDefault="00C62D59">
      <w:r>
        <w:t>Clientul a primit de la dezvoltator 2 seturi de chei de la ușa de la intrare în apartament și de la intrare imobil.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76A34">
        <w:tc>
          <w:tcPr>
            <w:tcW w:w="4320" w:type="dxa"/>
          </w:tcPr>
          <w:p w:rsidR="00C76A34" w:rsidRDefault="00C62D59">
            <w:r>
              <w:t>Am predat,</w:t>
            </w:r>
          </w:p>
        </w:tc>
        <w:tc>
          <w:tcPr>
            <w:tcW w:w="4320" w:type="dxa"/>
          </w:tcPr>
          <w:p w:rsidR="00C76A34" w:rsidRDefault="00C62D59">
            <w:r>
              <w:t>Am primit,</w:t>
            </w:r>
          </w:p>
        </w:tc>
      </w:tr>
    </w:tbl>
    <w:p w:rsidR="00C62D59" w:rsidRDefault="00C62D59"/>
    <w:sectPr w:rsidR="00C62D5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D59" w:rsidRDefault="00C62D59" w:rsidP="001B01B4">
      <w:pPr>
        <w:spacing w:after="0" w:line="240" w:lineRule="auto"/>
      </w:pPr>
      <w:r>
        <w:separator/>
      </w:r>
    </w:p>
  </w:endnote>
  <w:endnote w:type="continuationSeparator" w:id="0">
    <w:p w:rsidR="00C62D59" w:rsidRDefault="00C62D59" w:rsidP="001B0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D59" w:rsidRDefault="00C62D59" w:rsidP="001B01B4">
      <w:pPr>
        <w:spacing w:after="0" w:line="240" w:lineRule="auto"/>
      </w:pPr>
      <w:r>
        <w:separator/>
      </w:r>
    </w:p>
  </w:footnote>
  <w:footnote w:type="continuationSeparator" w:id="0">
    <w:p w:rsidR="00C62D59" w:rsidRDefault="00C62D59" w:rsidP="001B0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01B4"/>
    <w:rsid w:val="0029639D"/>
    <w:rsid w:val="00326F90"/>
    <w:rsid w:val="00AA1D8D"/>
    <w:rsid w:val="00B47730"/>
    <w:rsid w:val="00C62D59"/>
    <w:rsid w:val="00C76A3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63176F-B2E1-4B30-B0B1-686FAAE9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 ciobanu</cp:lastModifiedBy>
  <cp:revision>2</cp:revision>
  <dcterms:created xsi:type="dcterms:W3CDTF">2013-12-23T23:15:00Z</dcterms:created>
  <dcterms:modified xsi:type="dcterms:W3CDTF">2025-08-30T03:16:00Z</dcterms:modified>
  <cp:category/>
</cp:coreProperties>
</file>